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350"/>
        <w:gridCol w:w="3969"/>
      </w:tblGrid>
      <w:tr>
        <w:tc>
          <w:tcPr>
            <w:tcW w:type="dxa" w:w="5159"/>
          </w:tcPr>
          <w:p>
            <w:r>
              <w:rPr>
                <w:b/>
                <w:sz w:val="28"/>
              </w:rPr>
              <w:t>[Firmenname / Logo]</w:t>
            </w:r>
          </w:p>
          <w:p>
            <w:r>
              <w:rPr>
                <w:sz w:val="18"/>
              </w:rPr>
              <w:t>[Strasse Nr., PLZ Ort]</w:t>
            </w:r>
          </w:p>
          <w:p>
            <w:r>
              <w:rPr>
                <w:sz w:val="18"/>
              </w:rPr>
              <w:t>[Telefon · E-Mail · www]</w:t>
            </w:r>
          </w:p>
          <w:p>
            <w:r>
              <w:rPr>
                <w:sz w:val="18"/>
              </w:rPr>
              <w:t>[MWST-Nr. CHE-000.000.000]</w:t>
            </w:r>
          </w:p>
        </w:tc>
        <w:tc>
          <w:tcPr>
            <w:tcW w:type="dxa" w:w="5159"/>
          </w:tcPr>
          <w:p>
            <w:pPr>
              <w:jc w:val="right"/>
            </w:pPr>
            <w:r>
              <w:rPr>
                <w:sz w:val="20"/>
              </w:rPr>
              <w:t>Offerte-Nr.:  ______________</w:t>
            </w:r>
          </w:p>
          <w:p>
            <w:pPr>
              <w:jc w:val="right"/>
            </w:pPr>
            <w:r>
              <w:rPr>
                <w:sz w:val="20"/>
              </w:rPr>
              <w:t>Datum:  ______________</w:t>
            </w:r>
          </w:p>
          <w:p>
            <w:pPr>
              <w:jc w:val="right"/>
            </w:pPr>
            <w:r>
              <w:rPr>
                <w:sz w:val="20"/>
              </w:rPr>
              <w:t>Gültig bis:  ______________</w:t>
            </w:r>
          </w:p>
          <w:p>
            <w:pPr>
              <w:jc w:val="right"/>
            </w:pPr>
            <w:r>
              <w:rPr>
                <w:sz w:val="20"/>
              </w:rPr>
              <w:t>Sachbearbeiter:  ______________</w:t>
            </w:r>
          </w:p>
        </w:tc>
      </w:tr>
    </w:tbl>
    <w:p>
      <w:pPr>
        <w:spacing w:after="80"/>
      </w:pPr>
      <w:r>
        <w:rPr>
          <w:b w:val="0"/>
          <w:i w:val="0"/>
          <w:sz w:val="18"/>
        </w:rPr>
      </w:r>
    </w:p>
    <w:p>
      <w:pPr>
        <w:spacing w:after="40"/>
      </w:pPr>
      <w:r>
        <w:rPr>
          <w:b/>
          <w:i w:val="0"/>
          <w:sz w:val="32"/>
        </w:rPr>
        <w:t>OFFERTE</w:t>
      </w:r>
    </w:p>
    <w:p>
      <w:pPr>
        <w:spacing w:after="120"/>
      </w:pPr>
      <w:r>
        <w:rPr>
          <w:b w:val="0"/>
          <w:i w:val="0"/>
          <w:sz w:val="1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rPr>
                <w:color w:val="595959"/>
                <w:sz w:val="16"/>
              </w:rPr>
              <w:t>Kunde / Auftraggeber (Name, Adresse):</w:t>
            </w:r>
          </w:p>
        </w:tc>
        <w:tc>
          <w:tcPr>
            <w:tcW w:type="dxa" w:w="5159"/>
          </w:tcPr>
          <w:p>
            <w:r>
              <w:rPr>
                <w:color w:val="595959"/>
                <w:sz w:val="16"/>
              </w:rPr>
              <w:t>Objekt / Bauvorhaben (Adresse):</w:t>
            </w:r>
          </w:p>
        </w:tc>
      </w:tr>
      <w:tr>
        <w:tc>
          <w:tcPr>
            <w:tcW w:type="dxa" w:w="5159"/>
          </w:tcPr>
          <w:p>
            <w:r>
              <w:t xml:space="preserve"> 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  <w:tr>
        <w:tc>
          <w:tcPr>
            <w:tcW w:type="dxa" w:w="5159"/>
          </w:tcPr>
          <w:p>
            <w:r>
              <w:rPr>
                <w:color w:val="595959"/>
                <w:sz w:val="16"/>
              </w:rPr>
              <w:t>Ansprechpartner / Telefon:</w:t>
            </w:r>
          </w:p>
        </w:tc>
        <w:tc>
          <w:tcPr>
            <w:tcW w:type="dxa" w:w="5159"/>
          </w:tcPr>
          <w:p>
            <w:r>
              <w:rPr>
                <w:color w:val="595959"/>
                <w:sz w:val="16"/>
              </w:rPr>
              <w:t>Gewünschte Ausführung / Termin:</w:t>
            </w:r>
          </w:p>
        </w:tc>
      </w:tr>
      <w:tr>
        <w:tc>
          <w:tcPr>
            <w:tcW w:type="dxa" w:w="5159"/>
          </w:tcPr>
          <w:p>
            <w:r>
              <w:t xml:space="preserve"> </w:t>
            </w:r>
          </w:p>
        </w:tc>
        <w:tc>
          <w:tcPr>
            <w:tcW w:type="dxa" w:w="5159"/>
          </w:tcPr>
          <w:p>
            <w:r>
              <w:t xml:space="preserve"> </w:t>
            </w:r>
          </w:p>
        </w:tc>
      </w:tr>
    </w:tbl>
    <w:p>
      <w:pPr>
        <w:spacing w:after="120"/>
      </w:pPr>
      <w:r>
        <w:rPr>
          <w:b w:val="0"/>
          <w:i w:val="0"/>
          <w:sz w:val="18"/>
        </w:rPr>
      </w:r>
    </w:p>
    <w:p>
      <w:pPr>
        <w:spacing w:after="60"/>
      </w:pPr>
      <w:r>
        <w:rPr>
          <w:b/>
          <w:i w:val="0"/>
          <w:sz w:val="21"/>
        </w:rPr>
        <w:t>Betreff / Leistungsbeschrieb</w:t>
      </w:r>
    </w:p>
    <w:p>
      <w:pPr>
        <w:spacing w:after="80"/>
      </w:pPr>
      <w:r>
        <w:rPr>
          <w:b w:val="0"/>
          <w:i/>
          <w:color w:val="595959"/>
          <w:sz w:val="15"/>
        </w:rPr>
        <w:t>Kurzbeschrieb der Arbeiten – z. B. «Malerarbeiten Wohnung 3.5 Zi., Musterstrasse 1, inkl. Material».</w:t>
      </w:r>
    </w:p>
    <w:p>
      <w:pPr>
        <w:spacing w:after="160"/>
      </w:pPr>
      <w:r>
        <w:rPr>
          <w:b w:val="0"/>
          <w:i w:val="0"/>
          <w:color w:val="B0B0B0"/>
          <w:sz w:val="18"/>
        </w:rPr>
        <w:t>______________________________________________________________________________________________________________________</w:t>
      </w:r>
    </w:p>
    <w:p>
      <w:pPr>
        <w:spacing w:after="60"/>
      </w:pPr>
      <w:r>
        <w:rPr>
          <w:b/>
          <w:i w:val="0"/>
          <w:sz w:val="21"/>
        </w:rPr>
        <w:t>Positionen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c>
          <w:tcPr>
            <w:tcW w:type="dxa" w:w="624"/>
            <w:shd w:val="clear" w:fill="EFEFEF"/>
          </w:tcPr>
          <w:p>
            <w:r>
              <w:rPr>
                <w:b/>
                <w:sz w:val="16"/>
              </w:rPr>
              <w:t>Pos.</w:t>
            </w:r>
          </w:p>
        </w:tc>
        <w:tc>
          <w:tcPr>
            <w:tcW w:type="dxa" w:w="4365"/>
            <w:shd w:val="clear" w:fill="EFEFEF"/>
          </w:tcPr>
          <w:p>
            <w:r>
              <w:rPr>
                <w:b/>
                <w:sz w:val="16"/>
              </w:rPr>
              <w:t>Bezeichnung / Leistung</w:t>
            </w:r>
          </w:p>
        </w:tc>
        <w:tc>
          <w:tcPr>
            <w:tcW w:type="dxa" w:w="1020"/>
            <w:shd w:val="clear" w:fill="EFEFEF"/>
          </w:tcPr>
          <w:p>
            <w:r>
              <w:rPr>
                <w:b/>
                <w:sz w:val="16"/>
              </w:rPr>
              <w:t>Menge</w:t>
            </w:r>
          </w:p>
        </w:tc>
        <w:tc>
          <w:tcPr>
            <w:tcW w:type="dxa" w:w="1020"/>
            <w:shd w:val="clear" w:fill="EFEFEF"/>
          </w:tcPr>
          <w:p>
            <w:r>
              <w:rPr>
                <w:b/>
                <w:sz w:val="16"/>
              </w:rPr>
              <w:t>Einheit</w:t>
            </w:r>
          </w:p>
        </w:tc>
        <w:tc>
          <w:tcPr>
            <w:tcW w:type="dxa" w:w="1701"/>
            <w:shd w:val="clear" w:fill="EFEFEF"/>
          </w:tcPr>
          <w:p>
            <w:r>
              <w:rPr>
                <w:b/>
                <w:sz w:val="16"/>
              </w:rPr>
              <w:t>Einheitspreis (CHF)</w:t>
            </w:r>
          </w:p>
        </w:tc>
        <w:tc>
          <w:tcPr>
            <w:tcW w:type="dxa" w:w="1587"/>
            <w:shd w:val="clear" w:fill="EFEFEF"/>
          </w:tcPr>
          <w:p>
            <w:r>
              <w:rPr>
                <w:b/>
                <w:sz w:val="16"/>
              </w:rPr>
              <w:t>Total (CHF)</w:t>
            </w:r>
          </w:p>
        </w:tc>
      </w:tr>
      <w:tr>
        <w:tc>
          <w:tcPr>
            <w:tcW w:type="dxa" w:w="624"/>
          </w:tcPr>
          <w:p/>
        </w:tc>
        <w:tc>
          <w:tcPr>
            <w:tcW w:type="dxa" w:w="4365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24"/>
          </w:tcPr>
          <w:p/>
        </w:tc>
        <w:tc>
          <w:tcPr>
            <w:tcW w:type="dxa" w:w="4365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24"/>
          </w:tcPr>
          <w:p/>
        </w:tc>
        <w:tc>
          <w:tcPr>
            <w:tcW w:type="dxa" w:w="4365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24"/>
          </w:tcPr>
          <w:p/>
        </w:tc>
        <w:tc>
          <w:tcPr>
            <w:tcW w:type="dxa" w:w="4365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24"/>
          </w:tcPr>
          <w:p/>
        </w:tc>
        <w:tc>
          <w:tcPr>
            <w:tcW w:type="dxa" w:w="4365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24"/>
          </w:tcPr>
          <w:p/>
        </w:tc>
        <w:tc>
          <w:tcPr>
            <w:tcW w:type="dxa" w:w="4365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24"/>
          </w:tcPr>
          <w:p/>
        </w:tc>
        <w:tc>
          <w:tcPr>
            <w:tcW w:type="dxa" w:w="4365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24"/>
          </w:tcPr>
          <w:p/>
        </w:tc>
        <w:tc>
          <w:tcPr>
            <w:tcW w:type="dxa" w:w="4365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624"/>
          </w:tcPr>
          <w:p/>
        </w:tc>
        <w:tc>
          <w:tcPr>
            <w:tcW w:type="dxa" w:w="4365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8730"/>
            <w:gridSpan w:val="5"/>
            <w:shd w:val="clear" w:fill="F7F7F7"/>
            <w:shd w:val="clear" w:fill="F7F7F7"/>
            <w:shd w:val="clear" w:fill="F7F7F7"/>
            <w:shd w:val="clear" w:fill="F7F7F7"/>
            <w:shd w:val="clear" w:fill="F7F7F7"/>
          </w:tcPr>
          <w:p>
            <w:r>
              <w:rPr>
                <w:b/>
                <w:sz w:val="18"/>
              </w:rPr>
              <w:t>Total Positionen (exkl. MWST)</w:t>
            </w:r>
          </w:p>
        </w:tc>
        <w:tc>
          <w:tcPr>
            <w:tcW w:type="dxa" w:w="1587"/>
            <w:shd w:val="clear" w:fill="F7F7F7"/>
          </w:tcPr>
          <w:p/>
        </w:tc>
      </w:tr>
    </w:tbl>
    <w:p>
      <w:pPr>
        <w:spacing w:after="120"/>
      </w:pPr>
      <w:r>
        <w:rPr>
          <w:b w:val="0"/>
          <w:i w:val="0"/>
          <w:sz w:val="1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937"/>
        <w:gridCol w:w="2381"/>
      </w:tblGrid>
      <w:tr>
        <w:tc>
          <w:tcPr>
            <w:tcW w:type="dxa" w:w="5159"/>
            <w:shd w:val="clear" w:fill="FFFFFF"/>
          </w:tcPr>
          <w:p>
            <w:pPr>
              <w:jc w:val="right"/>
            </w:pPr>
            <w:r>
              <w:rPr>
                <w:b w:val="0"/>
                <w:sz w:val="18"/>
              </w:rPr>
              <w:t>Rabatt / Skonto (optional, CHF)</w:t>
            </w:r>
          </w:p>
        </w:tc>
        <w:tc>
          <w:tcPr>
            <w:tcW w:type="dxa" w:w="5159"/>
          </w:tcPr>
          <w:p/>
        </w:tc>
      </w:tr>
      <w:tr>
        <w:tc>
          <w:tcPr>
            <w:tcW w:type="dxa" w:w="5159"/>
            <w:shd w:val="clear" w:fill="FFFFFF"/>
          </w:tcPr>
          <w:p>
            <w:pPr>
              <w:jc w:val="right"/>
            </w:pPr>
            <w:r>
              <w:rPr>
                <w:b w:val="0"/>
                <w:sz w:val="18"/>
              </w:rPr>
              <w:t>Total exkl. MWST (CHF)</w:t>
            </w:r>
          </w:p>
        </w:tc>
        <w:tc>
          <w:tcPr>
            <w:tcW w:type="dxa" w:w="5159"/>
          </w:tcPr>
          <w:p/>
        </w:tc>
      </w:tr>
      <w:tr>
        <w:tc>
          <w:tcPr>
            <w:tcW w:type="dxa" w:w="5159"/>
            <w:shd w:val="clear" w:fill="FFFFFF"/>
          </w:tcPr>
          <w:p>
            <w:pPr>
              <w:jc w:val="right"/>
            </w:pPr>
            <w:r>
              <w:rPr>
                <w:b w:val="0"/>
                <w:sz w:val="18"/>
              </w:rPr>
              <w:t>MWST 8.1 % (CHF)</w:t>
            </w:r>
          </w:p>
        </w:tc>
        <w:tc>
          <w:tcPr>
            <w:tcW w:type="dxa" w:w="5159"/>
          </w:tcPr>
          <w:p/>
        </w:tc>
      </w:tr>
      <w:tr>
        <w:tc>
          <w:tcPr>
            <w:tcW w:type="dxa" w:w="5159"/>
            <w:shd w:val="clear" w:fill="F2F2F2"/>
          </w:tcPr>
          <w:p>
            <w:pPr>
              <w:jc w:val="right"/>
            </w:pPr>
            <w:r>
              <w:rPr>
                <w:b/>
                <w:sz w:val="19"/>
              </w:rPr>
              <w:t>Total inkl. MWST (CHF)</w:t>
            </w:r>
          </w:p>
        </w:tc>
        <w:tc>
          <w:tcPr>
            <w:tcW w:type="dxa" w:w="5159"/>
            <w:shd w:val="clear" w:fill="F2F2F2"/>
          </w:tcPr>
          <w:p/>
        </w:tc>
      </w:tr>
    </w:tbl>
    <w:p>
      <w:pPr>
        <w:spacing w:after="120"/>
      </w:pPr>
      <w:r>
        <w:rPr>
          <w:b w:val="0"/>
          <w:i w:val="0"/>
          <w:sz w:val="18"/>
        </w:rPr>
      </w:r>
    </w:p>
    <w:p>
      <w:pPr>
        <w:spacing w:after="60"/>
      </w:pPr>
      <w:r>
        <w:rPr>
          <w:b/>
          <w:i w:val="0"/>
          <w:sz w:val="21"/>
        </w:rPr>
        <w:t>Konditionen</w:t>
      </w:r>
    </w:p>
    <w:p>
      <w:pPr>
        <w:spacing w:after="80"/>
      </w:pPr>
      <w:r>
        <w:rPr>
          <w:b w:val="0"/>
          <w:i/>
          <w:color w:val="595959"/>
          <w:sz w:val="15"/>
        </w:rPr>
        <w:t>Gültigkeit 30 Tage ab Offertdatum · Preise in CHF, exkl. bauseitige Leistungen · Zahlung 30 Tage netto · Ausführung nach Vereinbarung · Preisänderungen bei Mehrmengen gemäss effektivem Aufwand (Regie, Art. 374 OR).</w:t>
      </w:r>
    </w:p>
    <w:p>
      <w:pPr>
        <w:spacing w:after="160"/>
      </w:pPr>
      <w:r>
        <w:rPr>
          <w:b w:val="0"/>
          <w:i w:val="0"/>
          <w:sz w:val="1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rPr>
                <w:b/>
              </w:rPr>
              <w:t>Offerte erstellt durch</w:t>
            </w:r>
          </w:p>
          <w:p/>
          <w:p>
            <w:r>
              <w:t>__________________________________</w:t>
            </w:r>
          </w:p>
        </w:tc>
        <w:tc>
          <w:tcPr>
            <w:tcW w:type="dxa" w:w="5159"/>
          </w:tcPr>
          <w:p>
            <w:r>
              <w:rPr>
                <w:b/>
              </w:rPr>
              <w:t>Auftrag erteilt (Auftraggeber)</w:t>
            </w:r>
          </w:p>
          <w:p>
            <w:r>
              <w:rPr>
                <w:i/>
                <w:sz w:val="15"/>
              </w:rPr>
              <w:t>Mit der Unterschrift wird die Offerte zum verbindlichen Auftrag angenommen.</w:t>
            </w:r>
          </w:p>
          <w:p/>
          <w:p>
            <w:r>
              <w:t>__________________________________</w:t>
            </w:r>
          </w:p>
        </w:tc>
      </w:tr>
    </w:tbl>
    <w:p>
      <w:pPr>
        <w:spacing w:after="80"/>
      </w:pPr>
      <w:r>
        <w:rPr>
          <w:b w:val="0"/>
          <w:i w:val="0"/>
          <w:sz w:val="18"/>
        </w:rPr>
      </w:r>
    </w:p>
    <w:p>
      <w:pPr>
        <w:spacing w:after="40"/>
      </w:pPr>
      <w:r>
        <w:rPr>
          <w:b w:val="0"/>
          <w:i w:val="0"/>
          <w:color w:val="808080"/>
          <w:sz w:val="13"/>
        </w:rPr>
        <w:t>Hinweis: Eine Offerte mit fester Preisangabe ist verbindlich (Art. 3 OR); ein blosser Kostenvoranschlag (Art. 375 OR) ist eine unverbindliche Schätzung – kennzeichnen Sie das Dokument eindeutig. MWST-Normalsatz 8.1 % seit 1.1.2024. Vorlage von werkli.ch – Muster ohne Gewähr, ersetzt keine Rechts- oder Steuerberatung.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Offerte-Vorlage Schweiz</dc:title>
  <dc:subject/>
  <dc:creator>werkli.ch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