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6520"/>
        <w:gridCol w:w="3798"/>
      </w:tblGrid>
      <w:tr>
        <w:tc>
          <w:tcPr>
            <w:tcW w:type="dxa" w:w="5159"/>
          </w:tcPr>
          <w:p>
            <w:r>
              <w:rPr>
                <w:b/>
                <w:sz w:val="28"/>
              </w:rPr>
              <w:t>[Firmenname / Logo]</w:t>
            </w:r>
          </w:p>
          <w:p>
            <w:r>
              <w:rPr>
                <w:sz w:val="18"/>
              </w:rPr>
              <w:t>[Strasse Nr., PLZ Ort]</w:t>
            </w:r>
          </w:p>
          <w:p>
            <w:r>
              <w:rPr>
                <w:sz w:val="18"/>
              </w:rPr>
              <w:t>[Telefon · E-Mail]</w:t>
            </w:r>
          </w:p>
        </w:tc>
        <w:tc>
          <w:tcPr>
            <w:tcW w:type="dxa" w:w="5159"/>
          </w:tcPr>
          <w:p>
            <w:pPr>
              <w:jc w:val="right"/>
            </w:pPr>
            <w:r>
              <w:rPr>
                <w:sz w:val="20"/>
              </w:rPr>
              <w:t>Rapport-Nr.:  ______________</w:t>
            </w:r>
          </w:p>
          <w:p>
            <w:pPr>
              <w:jc w:val="right"/>
            </w:pPr>
            <w:r>
              <w:rPr>
                <w:sz w:val="20"/>
              </w:rPr>
              <w:t>Datum:  ______________</w:t>
            </w:r>
          </w:p>
        </w:tc>
      </w:tr>
    </w:tbl>
    <w:p>
      <w:pPr>
        <w:spacing w:after="80"/>
      </w:pPr>
      <w:r>
        <w:rPr>
          <w:b w:val="0"/>
          <w:i w:val="0"/>
          <w:sz w:val="18"/>
        </w:rPr>
      </w:r>
    </w:p>
    <w:p>
      <w:pPr>
        <w:spacing w:after="40"/>
        <w:jc w:val="left"/>
      </w:pPr>
      <w:r>
        <w:rPr>
          <w:b/>
          <w:i w:val="0"/>
          <w:sz w:val="30"/>
        </w:rPr>
        <w:t>ARBEITSRAPPORT</w:t>
      </w:r>
    </w:p>
    <w:p>
      <w:pPr>
        <w:spacing w:after="160"/>
      </w:pPr>
      <w:r>
        <w:rPr>
          <w:b w:val="0"/>
          <w:i w:val="0"/>
          <w:sz w:val="19"/>
        </w:rPr>
        <w:t>Rapport-Art:   ☐ Arbeitsrapport    ☐ Tagesrapport    ☐ Wochenrapport    ☐ Regierapport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5159"/>
          </w:tcPr>
          <w:p>
            <w:r>
              <w:rPr>
                <w:color w:val="595959"/>
                <w:sz w:val="16"/>
              </w:rPr>
              <w:t>Kunde (Name, Adresse):</w:t>
            </w:r>
          </w:p>
          <w:p/>
        </w:tc>
        <w:tc>
          <w:tcPr>
            <w:tcW w:type="dxa" w:w="5159"/>
          </w:tcPr>
          <w:p>
            <w:r>
              <w:rPr>
                <w:color w:val="595959"/>
                <w:sz w:val="16"/>
              </w:rPr>
              <w:t>Objekt / Baustelle:</w:t>
            </w:r>
          </w:p>
          <w:p/>
        </w:tc>
      </w:tr>
      <w:tr>
        <w:tc>
          <w:tcPr>
            <w:tcW w:type="dxa" w:w="5159"/>
          </w:tcPr>
          <w:p>
            <w:r>
              <w:rPr>
                <w:color w:val="595959"/>
                <w:sz w:val="16"/>
              </w:rPr>
              <w:t>Auftrags- / Projekt-Nr.:</w:t>
            </w:r>
          </w:p>
          <w:p/>
        </w:tc>
        <w:tc>
          <w:tcPr>
            <w:tcW w:type="dxa" w:w="5159"/>
          </w:tcPr>
          <w:p>
            <w:r>
              <w:rPr>
                <w:color w:val="595959"/>
                <w:sz w:val="16"/>
              </w:rPr>
              <w:t>Ausführende Firma (falls abweichend):</w:t>
            </w:r>
          </w:p>
          <w:p/>
        </w:tc>
      </w:tr>
    </w:tbl>
    <w:p>
      <w:pPr>
        <w:spacing w:after="120"/>
      </w:pPr>
      <w:r>
        <w:rPr>
          <w:b w:val="0"/>
          <w:i w:val="0"/>
          <w:sz w:val="18"/>
        </w:rPr>
      </w:r>
    </w:p>
    <w:p>
      <w:pPr>
        <w:spacing w:after="60"/>
      </w:pPr>
      <w:r>
        <w:rPr>
          <w:b/>
          <w:i w:val="0"/>
          <w:sz w:val="21"/>
        </w:rPr>
        <w:t>Arbeitszeiten und Mitarbeiter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90"/>
        <w:gridCol w:w="1290"/>
        <w:gridCol w:w="1290"/>
        <w:gridCol w:w="1290"/>
        <w:gridCol w:w="1290"/>
        <w:gridCol w:w="1290"/>
        <w:gridCol w:w="1290"/>
        <w:gridCol w:w="1290"/>
      </w:tblGrid>
      <w:tr>
        <w:tc>
          <w:tcPr>
            <w:tcW w:type="dxa" w:w="2154"/>
            <w:shd w:val="clear" w:fill="EFEFEF"/>
          </w:tcPr>
          <w:p>
            <w:r>
              <w:rPr>
                <w:b/>
                <w:sz w:val="16"/>
              </w:rPr>
              <w:t>Mitarbeiter/in</w:t>
            </w:r>
          </w:p>
        </w:tc>
        <w:tc>
          <w:tcPr>
            <w:tcW w:type="dxa" w:w="1134"/>
            <w:shd w:val="clear" w:fill="EFEFEF"/>
          </w:tcPr>
          <w:p>
            <w:r>
              <w:rPr>
                <w:b/>
                <w:sz w:val="16"/>
              </w:rPr>
              <w:t>Datum</w:t>
            </w:r>
          </w:p>
        </w:tc>
        <w:tc>
          <w:tcPr>
            <w:tcW w:type="dxa" w:w="794"/>
            <w:shd w:val="clear" w:fill="EFEFEF"/>
          </w:tcPr>
          <w:p>
            <w:r>
              <w:rPr>
                <w:b/>
                <w:sz w:val="16"/>
              </w:rPr>
              <w:t>Von</w:t>
            </w:r>
          </w:p>
        </w:tc>
        <w:tc>
          <w:tcPr>
            <w:tcW w:type="dxa" w:w="794"/>
            <w:shd w:val="clear" w:fill="EFEFEF"/>
          </w:tcPr>
          <w:p>
            <w:r>
              <w:rPr>
                <w:b/>
                <w:sz w:val="16"/>
              </w:rPr>
              <w:t>Bis</w:t>
            </w:r>
          </w:p>
        </w:tc>
        <w:tc>
          <w:tcPr>
            <w:tcW w:type="dxa" w:w="1134"/>
            <w:shd w:val="clear" w:fill="EFEFEF"/>
          </w:tcPr>
          <w:p>
            <w:r>
              <w:rPr>
                <w:b/>
                <w:sz w:val="16"/>
              </w:rPr>
              <w:t>Pause (Min.)</w:t>
            </w:r>
          </w:p>
        </w:tc>
        <w:tc>
          <w:tcPr>
            <w:tcW w:type="dxa" w:w="1134"/>
            <w:shd w:val="clear" w:fill="EFEFEF"/>
          </w:tcPr>
          <w:p>
            <w:r>
              <w:rPr>
                <w:b/>
                <w:sz w:val="16"/>
              </w:rPr>
              <w:t>Total (Std.)</w:t>
            </w:r>
          </w:p>
        </w:tc>
        <w:tc>
          <w:tcPr>
            <w:tcW w:type="dxa" w:w="1587"/>
            <w:shd w:val="clear" w:fill="EFEFEF"/>
          </w:tcPr>
          <w:p>
            <w:r>
              <w:rPr>
                <w:b/>
                <w:sz w:val="16"/>
              </w:rPr>
              <w:t>Ansatz ¹ (CHF/Std.)</w:t>
            </w:r>
          </w:p>
        </w:tc>
        <w:tc>
          <w:tcPr>
            <w:tcW w:type="dxa" w:w="1587"/>
            <w:shd w:val="clear" w:fill="EFEFEF"/>
          </w:tcPr>
          <w:p>
            <w:r>
              <w:rPr>
                <w:b/>
                <w:sz w:val="16"/>
              </w:rPr>
              <w:t>Betrag ¹ (CHF)</w:t>
            </w:r>
          </w:p>
        </w:tc>
      </w:tr>
      <w:tr>
        <w:tc>
          <w:tcPr>
            <w:tcW w:type="dxa" w:w="2154"/>
          </w:tcPr>
          <w:p/>
        </w:tc>
        <w:tc>
          <w:tcPr>
            <w:tcW w:type="dxa" w:w="1134"/>
          </w:tcPr>
          <w:p/>
        </w:tc>
        <w:tc>
          <w:tcPr>
            <w:tcW w:type="dxa" w:w="794"/>
          </w:tcPr>
          <w:p/>
        </w:tc>
        <w:tc>
          <w:tcPr>
            <w:tcW w:type="dxa" w:w="794"/>
          </w:tcPr>
          <w:p/>
        </w:tc>
        <w:tc>
          <w:tcPr>
            <w:tcW w:type="dxa" w:w="1134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c>
          <w:tcPr>
            <w:tcW w:type="dxa" w:w="2154"/>
          </w:tcPr>
          <w:p/>
        </w:tc>
        <w:tc>
          <w:tcPr>
            <w:tcW w:type="dxa" w:w="1134"/>
          </w:tcPr>
          <w:p/>
        </w:tc>
        <w:tc>
          <w:tcPr>
            <w:tcW w:type="dxa" w:w="794"/>
          </w:tcPr>
          <w:p/>
        </w:tc>
        <w:tc>
          <w:tcPr>
            <w:tcW w:type="dxa" w:w="794"/>
          </w:tcPr>
          <w:p/>
        </w:tc>
        <w:tc>
          <w:tcPr>
            <w:tcW w:type="dxa" w:w="1134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c>
          <w:tcPr>
            <w:tcW w:type="dxa" w:w="2154"/>
          </w:tcPr>
          <w:p/>
        </w:tc>
        <w:tc>
          <w:tcPr>
            <w:tcW w:type="dxa" w:w="1134"/>
          </w:tcPr>
          <w:p/>
        </w:tc>
        <w:tc>
          <w:tcPr>
            <w:tcW w:type="dxa" w:w="794"/>
          </w:tcPr>
          <w:p/>
        </w:tc>
        <w:tc>
          <w:tcPr>
            <w:tcW w:type="dxa" w:w="794"/>
          </w:tcPr>
          <w:p/>
        </w:tc>
        <w:tc>
          <w:tcPr>
            <w:tcW w:type="dxa" w:w="1134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c>
          <w:tcPr>
            <w:tcW w:type="dxa" w:w="2154"/>
          </w:tcPr>
          <w:p/>
        </w:tc>
        <w:tc>
          <w:tcPr>
            <w:tcW w:type="dxa" w:w="1134"/>
          </w:tcPr>
          <w:p/>
        </w:tc>
        <w:tc>
          <w:tcPr>
            <w:tcW w:type="dxa" w:w="794"/>
          </w:tcPr>
          <w:p/>
        </w:tc>
        <w:tc>
          <w:tcPr>
            <w:tcW w:type="dxa" w:w="794"/>
          </w:tcPr>
          <w:p/>
        </w:tc>
        <w:tc>
          <w:tcPr>
            <w:tcW w:type="dxa" w:w="1134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c>
          <w:tcPr>
            <w:tcW w:type="dxa" w:w="2154"/>
          </w:tcPr>
          <w:p/>
        </w:tc>
        <w:tc>
          <w:tcPr>
            <w:tcW w:type="dxa" w:w="1134"/>
          </w:tcPr>
          <w:p/>
        </w:tc>
        <w:tc>
          <w:tcPr>
            <w:tcW w:type="dxa" w:w="794"/>
          </w:tcPr>
          <w:p/>
        </w:tc>
        <w:tc>
          <w:tcPr>
            <w:tcW w:type="dxa" w:w="794"/>
          </w:tcPr>
          <w:p/>
        </w:tc>
        <w:tc>
          <w:tcPr>
            <w:tcW w:type="dxa" w:w="1134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c>
          <w:tcPr>
            <w:tcW w:type="dxa" w:w="2154"/>
          </w:tcPr>
          <w:p/>
        </w:tc>
        <w:tc>
          <w:tcPr>
            <w:tcW w:type="dxa" w:w="1134"/>
          </w:tcPr>
          <w:p/>
        </w:tc>
        <w:tc>
          <w:tcPr>
            <w:tcW w:type="dxa" w:w="794"/>
          </w:tcPr>
          <w:p/>
        </w:tc>
        <w:tc>
          <w:tcPr>
            <w:tcW w:type="dxa" w:w="794"/>
          </w:tcPr>
          <w:p/>
        </w:tc>
        <w:tc>
          <w:tcPr>
            <w:tcW w:type="dxa" w:w="1134"/>
          </w:tcPr>
          <w:p/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  <w:tr>
        <w:tc>
          <w:tcPr>
            <w:tcW w:type="dxa" w:w="6010"/>
            <w:gridSpan w:val="5"/>
            <w:shd w:val="clear" w:fill="F7F7F7"/>
          </w:tcPr>
          <w:p>
            <w:r>
              <w:rPr>
                <w:b/>
                <w:sz w:val="18"/>
              </w:rPr>
              <w:t>Total Arbeit</w:t>
            </w:r>
          </w:p>
        </w:tc>
        <w:tc>
          <w:tcPr>
            <w:tcW w:type="dxa" w:w="1134"/>
          </w:tcPr>
          <w:p/>
        </w:tc>
        <w:tc>
          <w:tcPr>
            <w:tcW w:type="dxa" w:w="1587"/>
          </w:tcPr>
          <w:p/>
        </w:tc>
        <w:tc>
          <w:tcPr>
            <w:tcW w:type="dxa" w:w="1587"/>
          </w:tcPr>
          <w:p/>
        </w:tc>
      </w:tr>
    </w:tbl>
    <w:p>
      <w:pPr>
        <w:spacing w:after="80"/>
      </w:pPr>
      <w:r>
        <w:rPr>
          <w:b w:val="0"/>
          <w:i/>
          <w:color w:val="595959"/>
          <w:sz w:val="15"/>
        </w:rPr>
        <w:t>Zeiten laufend erfassen, nicht am Feierabend. Pausen ab 30 Minuten ausweisen (Art. 46 ArG, Art. 73 ArGV 1).</w:t>
      </w:r>
    </w:p>
    <w:p>
      <w:pPr>
        <w:spacing w:after="60"/>
      </w:pPr>
      <w:r>
        <w:rPr>
          <w:b/>
          <w:i w:val="0"/>
          <w:sz w:val="21"/>
        </w:rPr>
        <w:t>Ausgeführte Arbeiten</w:t>
      </w:r>
    </w:p>
    <w:p>
      <w:pPr>
        <w:spacing w:after="80"/>
      </w:pPr>
      <w:r>
        <w:rPr>
          <w:b w:val="0"/>
          <w:i/>
          <w:color w:val="595959"/>
          <w:sz w:val="15"/>
        </w:rPr>
        <w:t>So konkret beschreiben, dass ein Dritter die Leistung nachvollziehen kann – z. B. «Steigleitung Küche ersetzt, 4 m Kupferrohr 15 mm» statt «Sanitärarbeiten».</w:t>
      </w:r>
    </w:p>
    <w:p>
      <w:pPr>
        <w:spacing w:after="160"/>
      </w:pPr>
      <w:r>
        <w:rPr>
          <w:b w:val="0"/>
          <w:i w:val="0"/>
          <w:color w:val="808080"/>
          <w:sz w:val="18"/>
        </w:rPr>
        <w:t>______________________________________________________________________________________________________________________</w:t>
      </w:r>
    </w:p>
    <w:p>
      <w:pPr>
        <w:spacing w:after="160"/>
      </w:pPr>
      <w:r>
        <w:rPr>
          <w:b w:val="0"/>
          <w:i w:val="0"/>
          <w:color w:val="808080"/>
          <w:sz w:val="18"/>
        </w:rPr>
        <w:t>______________________________________________________________________________________________________________________</w:t>
      </w:r>
    </w:p>
    <w:p>
      <w:pPr>
        <w:spacing w:after="160"/>
      </w:pPr>
      <w:r>
        <w:rPr>
          <w:b w:val="0"/>
          <w:i w:val="0"/>
          <w:color w:val="808080"/>
          <w:sz w:val="18"/>
        </w:rPr>
        <w:t>______________________________________________________________________________________________________________________</w:t>
      </w:r>
    </w:p>
    <w:p>
      <w:pPr>
        <w:spacing w:after="160"/>
      </w:pPr>
      <w:r>
        <w:rPr>
          <w:b w:val="0"/>
          <w:i w:val="0"/>
          <w:color w:val="808080"/>
          <w:sz w:val="18"/>
        </w:rPr>
        <w:t>______________________________________________________________________________________________________________________</w:t>
      </w:r>
    </w:p>
    <w:p>
      <w:pPr>
        <w:spacing w:after="160"/>
      </w:pPr>
      <w:r>
        <w:rPr>
          <w:b w:val="0"/>
          <w:i w:val="0"/>
          <w:color w:val="808080"/>
          <w:sz w:val="18"/>
        </w:rPr>
        <w:t>______________________________________________________________________________________________________________________</w:t>
      </w:r>
    </w:p>
    <w:p>
      <w:pPr>
        <w:spacing w:after="60"/>
      </w:pPr>
      <w:r>
        <w:rPr>
          <w:b/>
          <w:i w:val="0"/>
          <w:sz w:val="21"/>
        </w:rPr>
        <w:t>Material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64"/>
        <w:gridCol w:w="2064"/>
        <w:gridCol w:w="2064"/>
        <w:gridCol w:w="2064"/>
        <w:gridCol w:w="2064"/>
      </w:tblGrid>
      <w:tr>
        <w:tc>
          <w:tcPr>
            <w:tcW w:type="dxa" w:w="4535"/>
            <w:shd w:val="clear" w:fill="EFEFEF"/>
          </w:tcPr>
          <w:p>
            <w:r>
              <w:rPr>
                <w:b/>
                <w:sz w:val="16"/>
              </w:rPr>
              <w:t>Material (Bezeichnung)</w:t>
            </w:r>
          </w:p>
        </w:tc>
        <w:tc>
          <w:tcPr>
            <w:tcW w:type="dxa" w:w="1134"/>
            <w:shd w:val="clear" w:fill="EFEFEF"/>
          </w:tcPr>
          <w:p>
            <w:r>
              <w:rPr>
                <w:b/>
                <w:sz w:val="16"/>
              </w:rPr>
              <w:t>Menge</w:t>
            </w:r>
          </w:p>
        </w:tc>
        <w:tc>
          <w:tcPr>
            <w:tcW w:type="dxa" w:w="1134"/>
            <w:shd w:val="clear" w:fill="EFEFEF"/>
          </w:tcPr>
          <w:p>
            <w:r>
              <w:rPr>
                <w:b/>
                <w:sz w:val="16"/>
              </w:rPr>
              <w:t>Einheit</w:t>
            </w:r>
          </w:p>
        </w:tc>
        <w:tc>
          <w:tcPr>
            <w:tcW w:type="dxa" w:w="1757"/>
            <w:shd w:val="clear" w:fill="EFEFEF"/>
          </w:tcPr>
          <w:p>
            <w:r>
              <w:rPr>
                <w:b/>
                <w:sz w:val="16"/>
              </w:rPr>
              <w:t>Preis/Einheit ¹ (CHF)</w:t>
            </w:r>
          </w:p>
        </w:tc>
        <w:tc>
          <w:tcPr>
            <w:tcW w:type="dxa" w:w="1757"/>
            <w:shd w:val="clear" w:fill="EFEFEF"/>
          </w:tcPr>
          <w:p>
            <w:r>
              <w:rPr>
                <w:b/>
                <w:sz w:val="16"/>
              </w:rPr>
              <w:t>Betrag ¹ (CHF)</w:t>
            </w:r>
          </w:p>
        </w:tc>
      </w:tr>
      <w:tr>
        <w:tc>
          <w:tcPr>
            <w:tcW w:type="dxa" w:w="4535"/>
          </w:tcPr>
          <w:p/>
        </w:tc>
        <w:tc>
          <w:tcPr>
            <w:tcW w:type="dxa" w:w="1134"/>
          </w:tcPr>
          <w:p/>
        </w:tc>
        <w:tc>
          <w:tcPr>
            <w:tcW w:type="dxa" w:w="1134"/>
          </w:tcPr>
          <w:p/>
        </w:tc>
        <w:tc>
          <w:tcPr>
            <w:tcW w:type="dxa" w:w="1757"/>
          </w:tcPr>
          <w:p/>
        </w:tc>
        <w:tc>
          <w:tcPr>
            <w:tcW w:type="dxa" w:w="1757"/>
          </w:tcPr>
          <w:p/>
        </w:tc>
      </w:tr>
      <w:tr>
        <w:tc>
          <w:tcPr>
            <w:tcW w:type="dxa" w:w="4535"/>
          </w:tcPr>
          <w:p/>
        </w:tc>
        <w:tc>
          <w:tcPr>
            <w:tcW w:type="dxa" w:w="1134"/>
          </w:tcPr>
          <w:p/>
        </w:tc>
        <w:tc>
          <w:tcPr>
            <w:tcW w:type="dxa" w:w="1134"/>
          </w:tcPr>
          <w:p/>
        </w:tc>
        <w:tc>
          <w:tcPr>
            <w:tcW w:type="dxa" w:w="1757"/>
          </w:tcPr>
          <w:p/>
        </w:tc>
        <w:tc>
          <w:tcPr>
            <w:tcW w:type="dxa" w:w="1757"/>
          </w:tcPr>
          <w:p/>
        </w:tc>
      </w:tr>
      <w:tr>
        <w:tc>
          <w:tcPr>
            <w:tcW w:type="dxa" w:w="4535"/>
          </w:tcPr>
          <w:p/>
        </w:tc>
        <w:tc>
          <w:tcPr>
            <w:tcW w:type="dxa" w:w="1134"/>
          </w:tcPr>
          <w:p/>
        </w:tc>
        <w:tc>
          <w:tcPr>
            <w:tcW w:type="dxa" w:w="1134"/>
          </w:tcPr>
          <w:p/>
        </w:tc>
        <w:tc>
          <w:tcPr>
            <w:tcW w:type="dxa" w:w="1757"/>
          </w:tcPr>
          <w:p/>
        </w:tc>
        <w:tc>
          <w:tcPr>
            <w:tcW w:type="dxa" w:w="1757"/>
          </w:tcPr>
          <w:p/>
        </w:tc>
      </w:tr>
      <w:tr>
        <w:tc>
          <w:tcPr>
            <w:tcW w:type="dxa" w:w="4535"/>
          </w:tcPr>
          <w:p/>
        </w:tc>
        <w:tc>
          <w:tcPr>
            <w:tcW w:type="dxa" w:w="1134"/>
          </w:tcPr>
          <w:p/>
        </w:tc>
        <w:tc>
          <w:tcPr>
            <w:tcW w:type="dxa" w:w="1134"/>
          </w:tcPr>
          <w:p/>
        </w:tc>
        <w:tc>
          <w:tcPr>
            <w:tcW w:type="dxa" w:w="1757"/>
          </w:tcPr>
          <w:p/>
        </w:tc>
        <w:tc>
          <w:tcPr>
            <w:tcW w:type="dxa" w:w="1757"/>
          </w:tcPr>
          <w:p/>
        </w:tc>
      </w:tr>
      <w:tr>
        <w:tc>
          <w:tcPr>
            <w:tcW w:type="dxa" w:w="4535"/>
          </w:tcPr>
          <w:p/>
        </w:tc>
        <w:tc>
          <w:tcPr>
            <w:tcW w:type="dxa" w:w="1134"/>
          </w:tcPr>
          <w:p/>
        </w:tc>
        <w:tc>
          <w:tcPr>
            <w:tcW w:type="dxa" w:w="1134"/>
          </w:tcPr>
          <w:p/>
        </w:tc>
        <w:tc>
          <w:tcPr>
            <w:tcW w:type="dxa" w:w="1757"/>
          </w:tcPr>
          <w:p/>
        </w:tc>
        <w:tc>
          <w:tcPr>
            <w:tcW w:type="dxa" w:w="1757"/>
          </w:tcPr>
          <w:p/>
        </w:tc>
      </w:tr>
      <w:tr>
        <w:tc>
          <w:tcPr>
            <w:tcW w:type="dxa" w:w="4535"/>
          </w:tcPr>
          <w:p/>
        </w:tc>
        <w:tc>
          <w:tcPr>
            <w:tcW w:type="dxa" w:w="1134"/>
          </w:tcPr>
          <w:p/>
        </w:tc>
        <w:tc>
          <w:tcPr>
            <w:tcW w:type="dxa" w:w="1134"/>
          </w:tcPr>
          <w:p/>
        </w:tc>
        <w:tc>
          <w:tcPr>
            <w:tcW w:type="dxa" w:w="1757"/>
          </w:tcPr>
          <w:p/>
        </w:tc>
        <w:tc>
          <w:tcPr>
            <w:tcW w:type="dxa" w:w="1757"/>
          </w:tcPr>
          <w:p/>
        </w:tc>
      </w:tr>
      <w:tr>
        <w:tc>
          <w:tcPr>
            <w:tcW w:type="dxa" w:w="8560"/>
            <w:gridSpan w:val="4"/>
            <w:shd w:val="clear" w:fill="F7F7F7"/>
          </w:tcPr>
          <w:p>
            <w:r>
              <w:rPr>
                <w:b/>
                <w:sz w:val="18"/>
              </w:rPr>
              <w:t>Total Material</w:t>
            </w:r>
          </w:p>
        </w:tc>
        <w:tc>
          <w:tcPr>
            <w:tcW w:type="dxa" w:w="1757"/>
          </w:tcPr>
          <w:p/>
        </w:tc>
      </w:tr>
    </w:tbl>
    <w:p>
      <w:pPr>
        <w:spacing w:after="120"/>
      </w:pPr>
      <w:r>
        <w:rPr>
          <w:b w:val="0"/>
          <w:i w:val="0"/>
          <w:sz w:val="18"/>
        </w:rPr>
      </w:r>
    </w:p>
    <w:p>
      <w:pPr>
        <w:spacing w:after="60"/>
      </w:pPr>
      <w:r>
        <w:rPr>
          <w:b/>
          <w:i w:val="0"/>
          <w:sz w:val="21"/>
        </w:rPr>
        <w:t>Maschinen, Geräte, Fahrten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79"/>
        <w:gridCol w:w="2579"/>
        <w:gridCol w:w="2579"/>
        <w:gridCol w:w="2579"/>
      </w:tblGrid>
      <w:tr>
        <w:tc>
          <w:tcPr>
            <w:tcW w:type="dxa" w:w="5102"/>
            <w:shd w:val="clear" w:fill="EFEFEF"/>
          </w:tcPr>
          <w:p>
            <w:r>
              <w:rPr>
                <w:b/>
                <w:sz w:val="16"/>
              </w:rPr>
              <w:t>Maschinen / Geräte / Fahrten</w:t>
            </w:r>
          </w:p>
        </w:tc>
        <w:tc>
          <w:tcPr>
            <w:tcW w:type="dxa" w:w="1701"/>
            <w:shd w:val="clear" w:fill="EFEFEF"/>
          </w:tcPr>
          <w:p>
            <w:r>
              <w:rPr>
                <w:b/>
                <w:sz w:val="16"/>
              </w:rPr>
              <w:t>Anzahl / Std. / km</w:t>
            </w:r>
          </w:p>
        </w:tc>
        <w:tc>
          <w:tcPr>
            <w:tcW w:type="dxa" w:w="1757"/>
            <w:shd w:val="clear" w:fill="EFEFEF"/>
          </w:tcPr>
          <w:p>
            <w:r>
              <w:rPr>
                <w:b/>
                <w:sz w:val="16"/>
              </w:rPr>
              <w:t>Ansatz ¹ (CHF)</w:t>
            </w:r>
          </w:p>
        </w:tc>
        <w:tc>
          <w:tcPr>
            <w:tcW w:type="dxa" w:w="1757"/>
            <w:shd w:val="clear" w:fill="EFEFEF"/>
          </w:tcPr>
          <w:p>
            <w:r>
              <w:rPr>
                <w:b/>
                <w:sz w:val="16"/>
              </w:rPr>
              <w:t>Betrag ¹ (CHF)</w:t>
            </w:r>
          </w:p>
        </w:tc>
      </w:tr>
      <w:tr>
        <w:tc>
          <w:tcPr>
            <w:tcW w:type="dxa" w:w="5102"/>
          </w:tcPr>
          <w:p/>
        </w:tc>
        <w:tc>
          <w:tcPr>
            <w:tcW w:type="dxa" w:w="1701"/>
          </w:tcPr>
          <w:p/>
        </w:tc>
        <w:tc>
          <w:tcPr>
            <w:tcW w:type="dxa" w:w="1757"/>
          </w:tcPr>
          <w:p/>
        </w:tc>
        <w:tc>
          <w:tcPr>
            <w:tcW w:type="dxa" w:w="1757"/>
          </w:tcPr>
          <w:p/>
        </w:tc>
      </w:tr>
      <w:tr>
        <w:tc>
          <w:tcPr>
            <w:tcW w:type="dxa" w:w="5102"/>
          </w:tcPr>
          <w:p/>
        </w:tc>
        <w:tc>
          <w:tcPr>
            <w:tcW w:type="dxa" w:w="1701"/>
          </w:tcPr>
          <w:p/>
        </w:tc>
        <w:tc>
          <w:tcPr>
            <w:tcW w:type="dxa" w:w="1757"/>
          </w:tcPr>
          <w:p/>
        </w:tc>
        <w:tc>
          <w:tcPr>
            <w:tcW w:type="dxa" w:w="1757"/>
          </w:tcPr>
          <w:p/>
        </w:tc>
      </w:tr>
      <w:tr>
        <w:tc>
          <w:tcPr>
            <w:tcW w:type="dxa" w:w="5102"/>
          </w:tcPr>
          <w:p/>
        </w:tc>
        <w:tc>
          <w:tcPr>
            <w:tcW w:type="dxa" w:w="1701"/>
          </w:tcPr>
          <w:p/>
        </w:tc>
        <w:tc>
          <w:tcPr>
            <w:tcW w:type="dxa" w:w="1757"/>
          </w:tcPr>
          <w:p/>
        </w:tc>
        <w:tc>
          <w:tcPr>
            <w:tcW w:type="dxa" w:w="1757"/>
          </w:tcPr>
          <w:p/>
        </w:tc>
      </w:tr>
      <w:tr>
        <w:tc>
          <w:tcPr>
            <w:tcW w:type="dxa" w:w="8560"/>
            <w:gridSpan w:val="3"/>
            <w:shd w:val="clear" w:fill="F7F7F7"/>
          </w:tcPr>
          <w:p>
            <w:r>
              <w:rPr>
                <w:b/>
                <w:sz w:val="18"/>
              </w:rPr>
              <w:t>Total Maschinen &amp; Fahrten</w:t>
            </w:r>
          </w:p>
        </w:tc>
        <w:tc>
          <w:tcPr>
            <w:tcW w:type="dxa" w:w="1757"/>
          </w:tcPr>
          <w:p/>
        </w:tc>
      </w:tr>
    </w:tbl>
    <w:p>
      <w:pPr>
        <w:spacing w:after="120"/>
      </w:pPr>
      <w:r>
        <w:rPr>
          <w:b w:val="0"/>
          <w:i w:val="0"/>
          <w:sz w:val="18"/>
        </w:rPr>
      </w:r>
    </w:p>
    <w:p>
      <w:pPr>
        <w:spacing w:after="60"/>
      </w:pPr>
      <w:r>
        <w:rPr>
          <w:b/>
          <w:i w:val="0"/>
          <w:sz w:val="21"/>
        </w:rPr>
        <w:t>Besondere Vorkommnisse / Zusatzwünsche des Kunden</w:t>
      </w:r>
    </w:p>
    <w:p>
      <w:pPr>
        <w:spacing w:after="80"/>
      </w:pPr>
      <w:r>
        <w:rPr>
          <w:b w:val="0"/>
          <w:i/>
          <w:color w:val="595959"/>
          <w:sz w:val="15"/>
        </w:rPr>
        <w:t>Zusatzwünsche, Wartezeiten, Behinderungen, angetroffene Mängel – die Grundlage, um Nachträge durchzusetzen.</w:t>
      </w:r>
    </w:p>
    <w:p>
      <w:pPr>
        <w:spacing w:after="160"/>
      </w:pPr>
      <w:r>
        <w:rPr>
          <w:b w:val="0"/>
          <w:i w:val="0"/>
          <w:color w:val="808080"/>
          <w:sz w:val="18"/>
        </w:rPr>
        <w:t>______________________________________________________________________________________________________________________</w:t>
      </w:r>
    </w:p>
    <w:p>
      <w:pPr>
        <w:spacing w:after="160"/>
      </w:pPr>
      <w:r>
        <w:rPr>
          <w:b w:val="0"/>
          <w:i w:val="0"/>
          <w:color w:val="808080"/>
          <w:sz w:val="18"/>
        </w:rPr>
        <w:t>______________________________________________________________________________________________________________________</w:t>
      </w:r>
    </w:p>
    <w:p>
      <w:pPr>
        <w:spacing w:after="160"/>
      </w:pPr>
      <w:r>
        <w:rPr>
          <w:b w:val="0"/>
          <w:i w:val="0"/>
          <w:color w:val="808080"/>
          <w:sz w:val="18"/>
        </w:rPr>
        <w:t>______________________________________________________________________________________________________________________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3515"/>
      </w:tblGrid>
      <w:tr>
        <w:tc>
          <w:tcPr>
            <w:tcW w:type="dxa" w:w="5159"/>
            <w:shd w:val="clear" w:fill="EFEFEF"/>
          </w:tcPr>
          <w:p>
            <w:r>
              <w:rPr>
                <w:b/>
                <w:sz w:val="20"/>
              </w:rPr>
              <w:t>Gesamttotal exkl. MWST (CHF)</w:t>
            </w:r>
          </w:p>
        </w:tc>
        <w:tc>
          <w:tcPr>
            <w:tcW w:type="dxa" w:w="5159"/>
          </w:tcPr>
          <w:p/>
        </w:tc>
      </w:tr>
    </w:tbl>
    <w:p>
      <w:pPr>
        <w:spacing w:after="200"/>
      </w:pPr>
      <w:r>
        <w:rPr>
          <w:b w:val="0"/>
          <w:i/>
          <w:color w:val="595959"/>
          <w:sz w:val="15"/>
        </w:rPr>
        <w:t>¹ Ansatz und Betrag nur ausfüllen, wenn nach Aufwand verrechnet wird (Regiearbeit, Art. 374 OR).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59"/>
        <w:gridCol w:w="5159"/>
      </w:tblGrid>
      <w:tr>
        <w:tc>
          <w:tcPr>
            <w:tcW w:type="dxa" w:w="5159"/>
          </w:tcPr>
          <w:p>
            <w:r>
              <w:rPr>
                <w:b/>
              </w:rPr>
              <w:t>Mitarbeiter/in</w:t>
            </w:r>
          </w:p>
          <w:p/>
          <w:p>
            <w:r>
              <w:t>Ort / Datum:  __________________________</w:t>
            </w:r>
          </w:p>
          <w:p/>
          <w:p>
            <w:r>
              <w:t>Unterschrift:  __________________________</w:t>
            </w:r>
          </w:p>
        </w:tc>
        <w:tc>
          <w:tcPr>
            <w:tcW w:type="dxa" w:w="5159"/>
          </w:tcPr>
          <w:p>
            <w:r>
              <w:rPr>
                <w:b/>
              </w:rPr>
              <w:t>Kunde / Auftraggeber</w:t>
            </w:r>
          </w:p>
          <w:p>
            <w:r>
              <w:rPr>
                <w:i/>
                <w:sz w:val="15"/>
              </w:rPr>
              <w:t>Der/Die Unterzeichnende bestätigt die Ausführung der aufgeführten Arbeiten und die Verwendung des aufgeführten Materials.</w:t>
            </w:r>
          </w:p>
          <w:p>
            <w:r>
              <w:t>Ort / Datum:  __________________________</w:t>
            </w:r>
          </w:p>
          <w:p/>
          <w:p>
            <w:r>
              <w:t>Unterschrift:  __________________________</w:t>
            </w:r>
          </w:p>
        </w:tc>
      </w:tr>
    </w:tbl>
    <w:p>
      <w:pPr>
        <w:spacing w:after="80"/>
      </w:pPr>
      <w:r>
        <w:rPr>
          <w:b w:val="0"/>
          <w:i w:val="0"/>
          <w:sz w:val="18"/>
        </w:rPr>
      </w:r>
    </w:p>
    <w:p>
      <w:pPr>
        <w:spacing w:after="40"/>
      </w:pPr>
      <w:r>
        <w:rPr>
          <w:b w:val="0"/>
          <w:i w:val="0"/>
          <w:color w:val="808080"/>
          <w:sz w:val="13"/>
        </w:rPr>
        <w:t>Rechtliche Hinweise: Arbeitgeber müssen die Arbeitszeiten ihrer Mitarbeitenden dokumentieren (Art. 46 ArG i. V. m. Art. 73 ArGV 1; Aufbewahrung dieser Verzeichnisse: 5 Jahre). Bei Vergütung nach Aufwand (Art. 374 OR) dient der vom Kunden unterschriebene Rapport als Abrechnungs- und Beweisgrundlage. Rapporte sind Buchführungsbelege und 10 Jahre aufzubewahren (Art. 958f OR). Vorlage von werkli.ch – Muster ohne Gewähr, ersetzt keine Rechtsberatung.</w:t>
      </w:r>
    </w:p>
    <w:sectPr w:rsidR="00FC693F" w:rsidRPr="0006063C" w:rsidSect="00034616">
      <w:pgSz w:w="11906" w:h="16838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